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21750"/>
          <w:sz w:val="34"/>
        </w:rPr>
        <w:t>DEMANDE D’INTERVENTION PROFESSIONNELLE</w:t>
      </w:r>
    </w:p>
    <w:p>
      <w:pPr>
        <w:jc w:val="center"/>
      </w:pPr>
      <w:r>
        <w:rPr>
          <w:i/>
          <w:color w:val="1F6FB2"/>
          <w:sz w:val="20"/>
        </w:rPr>
        <w:t>Préparation physique • Arts martiaux • Condition physique</w:t>
      </w:r>
    </w:p>
    <w:p>
      <w:pPr>
        <w:jc w:val="center"/>
      </w:pPr>
      <w:r>
        <w:rPr>
          <w:b/>
          <w:color w:val="121750"/>
          <w:sz w:val="18"/>
        </w:rPr>
        <w:t>POLICE • GENDARMERIE • SAPEURS-POMPIERS • SÉCURITÉ PRIVÉE</w:t>
      </w:r>
    </w:p>
    <w:tbl>
      <w:tblPr>
        <w:tblW w:type="auto" w:w="0"/>
        <w:jc w:val="center"/>
        <w:tblLayout w:type="autofit"/>
        <w:tblLook w:firstColumn="1" w:firstRow="1" w:lastColumn="0" w:lastRow="0" w:noHBand="0" w:noVBand="1" w:val="04A0"/>
      </w:tblPr>
      <w:tblGrid>
        <w:gridCol w:w="10540"/>
      </w:tblGrid>
      <w:tr>
        <w:tc>
          <w:tcPr>
            <w:tcW w:type="dxa" w:w="10540"/>
            <w:shd w:fill="121750"/>
            <w:vAlign w:val="center"/>
          </w:tcPr>
          <w:p>
            <w:pPr>
              <w:spacing w:after="0"/>
            </w:pPr>
            <w:r/>
            <w:r>
              <w:rPr>
                <w:b/>
                <w:color w:val="FFFFFF"/>
                <w:sz w:val="20"/>
              </w:rPr>
              <w:t>1. VOTRE STRUCTURE</w:t>
            </w:r>
          </w:p>
        </w:tc>
      </w:tr>
    </w:tbl>
    <w:p>
      <w:pPr>
        <w:spacing w:after="60"/>
        <w:ind w:left="113"/>
      </w:pPr>
      <w:r>
        <w:rPr>
          <w:sz w:val="18"/>
        </w:rPr>
        <w:t>Nom de la structure / organisme : __________________________________________________________</w:t>
      </w:r>
    </w:p>
    <w:p>
      <w:pPr>
        <w:spacing w:after="60"/>
        <w:ind w:left="113"/>
      </w:pPr>
      <w:r>
        <w:rPr>
          <w:sz w:val="18"/>
        </w:rPr>
        <w:t>Type : ☐ Police nationale   ☐ Gendarmerie nationale   ☐ Police municipale   ☐ Sapeurs-pompiers   ☐ Sécurité privée   ☐ Entreprise   ☐ Association / club   ☐ Collectivité   ☐ Autre : __________</w:t>
      </w:r>
    </w:p>
    <w:p>
      <w:pPr>
        <w:spacing w:after="60"/>
        <w:ind w:left="113"/>
      </w:pPr>
      <w:r>
        <w:rPr>
          <w:sz w:val="18"/>
        </w:rPr>
        <w:t>Service / unité : __________________________________________________________________________</w:t>
      </w:r>
    </w:p>
    <w:p>
      <w:pPr>
        <w:spacing w:after="60"/>
        <w:ind w:left="113"/>
      </w:pPr>
      <w:r>
        <w:rPr>
          <w:sz w:val="18"/>
        </w:rPr>
        <w:t>Ville / commune : __________________________________________________________________________</w:t>
      </w:r>
    </w:p>
    <w:p>
      <w:pPr>
        <w:spacing w:after="20"/>
      </w:pPr>
    </w:p>
    <w:tbl>
      <w:tblPr>
        <w:tblW w:type="auto" w:w="0"/>
        <w:jc w:val="center"/>
        <w:tblLayout w:type="autofit"/>
        <w:tblLook w:firstColumn="1" w:firstRow="1" w:lastColumn="0" w:lastRow="0" w:noHBand="0" w:noVBand="1" w:val="04A0"/>
      </w:tblPr>
      <w:tblGrid>
        <w:gridCol w:w="10540"/>
      </w:tblGrid>
      <w:tr>
        <w:tc>
          <w:tcPr>
            <w:tcW w:type="dxa" w:w="10540"/>
            <w:shd w:fill="121750"/>
            <w:vAlign w:val="center"/>
          </w:tcPr>
          <w:p>
            <w:pPr>
              <w:spacing w:after="0"/>
            </w:pPr>
            <w:r/>
            <w:r>
              <w:rPr>
                <w:b/>
                <w:color w:val="FFFFFF"/>
                <w:sz w:val="20"/>
              </w:rPr>
              <w:t>2. VOTRE CONTACT</w:t>
            </w:r>
          </w:p>
        </w:tc>
      </w:tr>
    </w:tbl>
    <w:p>
      <w:pPr>
        <w:spacing w:after="60"/>
        <w:ind w:left="113"/>
      </w:pPr>
      <w:r>
        <w:rPr>
          <w:sz w:val="18"/>
        </w:rPr>
        <w:t>Nom et prénom : ___________________________________________________________________________</w:t>
      </w:r>
    </w:p>
    <w:p>
      <w:pPr>
        <w:spacing w:after="60"/>
        <w:ind w:left="113"/>
      </w:pPr>
      <w:r>
        <w:rPr>
          <w:sz w:val="18"/>
        </w:rPr>
        <w:t>Fonction : _________________________________________________________________________________</w:t>
      </w:r>
    </w:p>
    <w:p>
      <w:pPr>
        <w:spacing w:after="60"/>
        <w:ind w:left="113"/>
      </w:pPr>
      <w:r>
        <w:rPr>
          <w:sz w:val="18"/>
        </w:rPr>
        <w:t>Téléphone : ________________________________________________________________________________</w:t>
      </w:r>
    </w:p>
    <w:p>
      <w:pPr>
        <w:spacing w:after="60"/>
        <w:ind w:left="113"/>
      </w:pPr>
      <w:r>
        <w:rPr>
          <w:sz w:val="18"/>
        </w:rPr>
        <w:t>E-mail professionnel : _____________________________________________________________________</w:t>
      </w:r>
    </w:p>
    <w:p>
      <w:pPr>
        <w:spacing w:after="20"/>
      </w:pPr>
    </w:p>
    <w:tbl>
      <w:tblPr>
        <w:tblW w:type="auto" w:w="0"/>
        <w:jc w:val="center"/>
        <w:tblLayout w:type="autofit"/>
        <w:tblLook w:firstColumn="1" w:firstRow="1" w:lastColumn="0" w:lastRow="0" w:noHBand="0" w:noVBand="1" w:val="04A0"/>
      </w:tblPr>
      <w:tblGrid>
        <w:gridCol w:w="10540"/>
      </w:tblGrid>
      <w:tr>
        <w:tc>
          <w:tcPr>
            <w:tcW w:type="dxa" w:w="10540"/>
            <w:shd w:fill="121750"/>
            <w:vAlign w:val="center"/>
          </w:tcPr>
          <w:p>
            <w:pPr>
              <w:spacing w:after="0"/>
            </w:pPr>
            <w:r/>
            <w:r>
              <w:rPr>
                <w:b/>
                <w:color w:val="FFFFFF"/>
                <w:sz w:val="20"/>
              </w:rPr>
              <w:t>3. VOTRE BESOIN</w:t>
            </w:r>
          </w:p>
        </w:tc>
      </w:tr>
    </w:tbl>
    <w:p>
      <w:pPr>
        <w:spacing w:after="60"/>
        <w:ind w:left="113"/>
      </w:pPr>
      <w:r>
        <w:rPr>
          <w:sz w:val="18"/>
        </w:rPr>
        <w:t>Type : ☐ Séance ponctuelle   ☐ Stage   ☐ Cycle de plusieurs séances   ☐ Intervention régulière   ☐ Programme personnalisé</w:t>
      </w:r>
    </w:p>
    <w:p>
      <w:pPr>
        <w:spacing w:after="60"/>
        <w:ind w:left="113"/>
      </w:pPr>
      <w:r>
        <w:rPr>
          <w:sz w:val="18"/>
        </w:rPr>
        <w:t>Objectif : ☐ Préparation physique   ☐ Arts martiaux / pratique martiale   ☐ Condition physique   ☐ Mobilité / coordination / réactivité   ☐ Préparation aux épreuves physiques   ☐ Autre : __________</w:t>
      </w:r>
    </w:p>
    <w:p>
      <w:pPr>
        <w:spacing w:after="60"/>
        <w:ind w:left="113"/>
      </w:pPr>
      <w:r>
        <w:rPr>
          <w:sz w:val="18"/>
        </w:rPr>
        <w:t>Participants : ☐ 1–5   ☐ 6–10   ☐ 11–20   ☐ Plus de 20</w:t>
      </w:r>
    </w:p>
    <w:p>
      <w:pPr>
        <w:spacing w:after="60"/>
        <w:ind w:left="113"/>
      </w:pPr>
      <w:r>
        <w:rPr>
          <w:sz w:val="18"/>
        </w:rPr>
        <w:t>Niveau : ☐ Débutant   ☐ Intermédiaire   ☐ Confirmé   ☐ Hétérogène</w:t>
      </w:r>
    </w:p>
    <w:p>
      <w:pPr>
        <w:spacing w:after="20"/>
      </w:pPr>
    </w:p>
    <w:tbl>
      <w:tblPr>
        <w:tblW w:type="auto" w:w="0"/>
        <w:jc w:val="center"/>
        <w:tblLayout w:type="autofit"/>
        <w:tblLook w:firstColumn="1" w:firstRow="1" w:lastColumn="0" w:lastRow="0" w:noHBand="0" w:noVBand="1" w:val="04A0"/>
      </w:tblPr>
      <w:tblGrid>
        <w:gridCol w:w="10540"/>
      </w:tblGrid>
      <w:tr>
        <w:tc>
          <w:tcPr>
            <w:tcW w:type="dxa" w:w="10540"/>
            <w:shd w:fill="121750"/>
            <w:vAlign w:val="center"/>
          </w:tcPr>
          <w:p>
            <w:pPr>
              <w:spacing w:after="0"/>
            </w:pPr>
            <w:r/>
            <w:r>
              <w:rPr>
                <w:b/>
                <w:color w:val="FFFFFF"/>
                <w:sz w:val="20"/>
              </w:rPr>
              <w:t>4. ORGANISATION</w:t>
            </w:r>
          </w:p>
        </w:tc>
      </w:tr>
    </w:tbl>
    <w:p>
      <w:pPr>
        <w:spacing w:after="60"/>
        <w:ind w:left="113"/>
      </w:pPr>
      <w:r>
        <w:rPr>
          <w:sz w:val="18"/>
        </w:rPr>
        <w:t>Durée : ☐ 1 h   ☐ 1 h 30   ☐ 2 h   ☐ Demi-journée   ☐ Journée   ☐ Plusieurs séances</w:t>
      </w:r>
    </w:p>
    <w:p>
      <w:pPr>
        <w:spacing w:after="60"/>
        <w:ind w:left="113"/>
      </w:pPr>
      <w:r>
        <w:rPr>
          <w:sz w:val="18"/>
        </w:rPr>
        <w:t>Date(s) souhaitée(s) : ______________________________________________________________________</w:t>
      </w:r>
    </w:p>
    <w:p>
      <w:pPr>
        <w:spacing w:after="60"/>
        <w:ind w:left="113"/>
      </w:pPr>
      <w:r>
        <w:rPr>
          <w:sz w:val="18"/>
        </w:rPr>
        <w:t>Fréquence : ☐ Unique   ☐ Hebdomadaire   ☐ Mensuelle   ☐ Cycle défini   ☐ À déterminer</w:t>
      </w:r>
    </w:p>
    <w:p>
      <w:pPr>
        <w:spacing w:after="60"/>
        <w:ind w:left="113"/>
      </w:pPr>
      <w:r>
        <w:rPr>
          <w:sz w:val="18"/>
        </w:rPr>
        <w:t>Lieu souhaité : _____________________________________________________________________________</w:t>
      </w:r>
    </w:p>
    <w:p>
      <w:pPr>
        <w:spacing w:after="20"/>
      </w:pPr>
    </w:p>
    <w:p>
      <w:r>
        <w:br w:type="page"/>
      </w:r>
    </w:p>
    <w:tbl>
      <w:tblPr>
        <w:tblW w:type="auto" w:w="0"/>
        <w:jc w:val="center"/>
        <w:tblLayout w:type="autofit"/>
        <w:tblLook w:firstColumn="1" w:firstRow="1" w:lastColumn="0" w:lastRow="0" w:noHBand="0" w:noVBand="1" w:val="04A0"/>
      </w:tblPr>
      <w:tblGrid>
        <w:gridCol w:w="10540"/>
      </w:tblGrid>
      <w:tr>
        <w:tc>
          <w:tcPr>
            <w:tcW w:type="dxa" w:w="10540"/>
            <w:shd w:fill="121750"/>
            <w:vAlign w:val="center"/>
          </w:tcPr>
          <w:p>
            <w:pPr>
              <w:spacing w:after="0"/>
            </w:pPr>
            <w:r/>
            <w:r>
              <w:rPr>
                <w:b/>
                <w:color w:val="FFFFFF"/>
                <w:sz w:val="20"/>
              </w:rPr>
              <w:t>5. OBJECTIFS ET CONTRAINTES</w:t>
            </w:r>
          </w:p>
        </w:tc>
      </w:tr>
    </w:tbl>
    <w:p>
      <w:pPr>
        <w:spacing w:after="60"/>
        <w:ind w:left="113"/>
      </w:pPr>
      <w:r>
        <w:rPr>
          <w:sz w:val="18"/>
        </w:rPr>
        <w:t>Objectifs recherchés pour votre personnel :</w:t>
      </w:r>
    </w:p>
    <w:p>
      <w:pPr>
        <w:spacing w:after="60"/>
        <w:ind w:left="113"/>
      </w:pPr>
      <w:r>
        <w:rPr>
          <w:sz w:val="18"/>
        </w:rPr>
        <w:t>____________________________________________________________________________________________</w:t>
      </w:r>
    </w:p>
    <w:p>
      <w:pPr>
        <w:spacing w:after="60"/>
        <w:ind w:left="113"/>
      </w:pPr>
      <w:r>
        <w:rPr>
          <w:sz w:val="18"/>
        </w:rPr>
        <w:t>____________________________________________________________________________________________</w:t>
      </w:r>
    </w:p>
    <w:p>
      <w:pPr>
        <w:spacing w:after="60"/>
        <w:ind w:left="113"/>
      </w:pPr>
      <w:r>
        <w:rPr>
          <w:sz w:val="18"/>
        </w:rPr>
        <w:t>Contraintes / besoins particuliers :</w:t>
      </w:r>
    </w:p>
    <w:p>
      <w:pPr>
        <w:spacing w:after="60"/>
        <w:ind w:left="113"/>
      </w:pPr>
      <w:r>
        <w:rPr>
          <w:sz w:val="18"/>
        </w:rPr>
        <w:t>____________________________________________________________________________________________</w:t>
      </w:r>
    </w:p>
    <w:p>
      <w:pPr>
        <w:spacing w:after="60"/>
        <w:ind w:left="113"/>
      </w:pPr>
      <w:r>
        <w:rPr>
          <w:sz w:val="18"/>
        </w:rPr>
        <w:t>____________________________________________________________________________________________</w:t>
      </w:r>
    </w:p>
    <w:p>
      <w:pPr>
        <w:spacing w:after="20"/>
      </w:pPr>
    </w:p>
    <w:tbl>
      <w:tblPr>
        <w:tblW w:type="auto" w:w="0"/>
        <w:jc w:val="center"/>
        <w:tblLayout w:type="autofit"/>
        <w:tblLook w:firstColumn="1" w:firstRow="1" w:lastColumn="0" w:lastRow="0" w:noHBand="0" w:noVBand="1" w:val="04A0"/>
      </w:tblPr>
      <w:tblGrid>
        <w:gridCol w:w="10540"/>
      </w:tblGrid>
      <w:tr>
        <w:tc>
          <w:tcPr>
            <w:tcW w:type="dxa" w:w="10540"/>
            <w:shd w:fill="121750"/>
            <w:vAlign w:val="center"/>
          </w:tcPr>
          <w:p>
            <w:pPr>
              <w:spacing w:after="0"/>
            </w:pPr>
            <w:r/>
            <w:r>
              <w:rPr>
                <w:b/>
                <w:color w:val="FFFFFF"/>
                <w:sz w:val="20"/>
              </w:rPr>
              <w:t>6. INFRASTRUCTURE</w:t>
            </w:r>
          </w:p>
        </w:tc>
      </w:tr>
    </w:tbl>
    <w:p>
      <w:pPr>
        <w:spacing w:after="60"/>
        <w:ind w:left="113"/>
      </w:pPr>
      <w:r>
        <w:rPr>
          <w:sz w:val="18"/>
        </w:rPr>
        <w:t>Espace : ☐ Salle de sport   ☐ Dojo / salle avec tapis   ☐ Gymnase   ☐ Extérieur   ☐ Autre : __________</w:t>
      </w:r>
    </w:p>
    <w:p>
      <w:pPr>
        <w:spacing w:after="60"/>
        <w:ind w:left="113"/>
      </w:pPr>
      <w:r>
        <w:rPr>
          <w:sz w:val="18"/>
        </w:rPr>
        <w:t>Matériel : ☐ Tapis   ☐ Sac de frappe   ☐ Paos / pattes d’ours   ☐ Renforcement   ☐ Aucun   ☐ Autre : ______</w:t>
      </w:r>
    </w:p>
    <w:p>
      <w:pPr>
        <w:spacing w:after="20"/>
      </w:pPr>
    </w:p>
    <w:tbl>
      <w:tblPr>
        <w:tblW w:type="auto" w:w="0"/>
        <w:jc w:val="center"/>
        <w:tblLayout w:type="autofit"/>
        <w:tblLook w:firstColumn="1" w:firstRow="1" w:lastColumn="0" w:lastRow="0" w:noHBand="0" w:noVBand="1" w:val="04A0"/>
      </w:tblPr>
      <w:tblGrid>
        <w:gridCol w:w="10540"/>
      </w:tblGrid>
      <w:tr>
        <w:tc>
          <w:tcPr>
            <w:tcW w:type="dxa" w:w="10540"/>
            <w:shd w:fill="121750"/>
            <w:vAlign w:val="center"/>
          </w:tcPr>
          <w:p>
            <w:pPr>
              <w:spacing w:after="0"/>
            </w:pPr>
            <w:r/>
            <w:r>
              <w:rPr>
                <w:b/>
                <w:color w:val="FFFFFF"/>
                <w:sz w:val="20"/>
              </w:rPr>
              <w:t>7. MESSAGE / DEMANDE</w:t>
            </w:r>
          </w:p>
        </w:tc>
      </w:tr>
    </w:tbl>
    <w:p>
      <w:pPr>
        <w:spacing w:after="60"/>
        <w:ind w:left="113"/>
      </w:pPr>
      <w:r>
        <w:rPr>
          <w:sz w:val="18"/>
        </w:rPr>
        <w:t>Informations complémentaires :</w:t>
      </w:r>
    </w:p>
    <w:p>
      <w:pPr>
        <w:spacing w:after="60"/>
        <w:ind w:left="113"/>
      </w:pPr>
      <w:r>
        <w:rPr>
          <w:sz w:val="18"/>
        </w:rPr>
        <w:t>____________________________________________________________________________________________</w:t>
      </w:r>
    </w:p>
    <w:p>
      <w:pPr>
        <w:spacing w:after="60"/>
        <w:ind w:left="113"/>
      </w:pPr>
      <w:r>
        <w:rPr>
          <w:sz w:val="18"/>
        </w:rPr>
        <w:t>____________________________________________________________________________________________</w:t>
      </w:r>
    </w:p>
    <w:p>
      <w:pPr>
        <w:spacing w:after="60"/>
        <w:ind w:left="113"/>
      </w:pPr>
      <w:r>
        <w:rPr>
          <w:sz w:val="18"/>
        </w:rPr>
        <w:t>____________________________________________________________________________________________</w:t>
      </w:r>
    </w:p>
    <w:p>
      <w:pPr>
        <w:spacing w:after="20"/>
      </w:pPr>
    </w:p>
    <w:p>
      <w:r>
        <w:rPr>
          <w:b/>
          <w:color w:val="121750"/>
          <w:sz w:val="20"/>
        </w:rPr>
        <w:t>À PROPOS DE L’INTERVENTION</w:t>
      </w:r>
    </w:p>
    <w:p>
      <w:pPr>
        <w:spacing w:after="120"/>
      </w:pPr>
      <w:r>
        <w:rPr>
          <w:sz w:val="17"/>
        </w:rPr>
        <w:t>Après réception de votre demande, MConcept étudiera vos besoins afin de préciser les objectifs, les modalités d’intervention et les conditions de réalisation. Une proposition tarifaire personnalisée pourra être établie selon la durée, le nombre de participants, le lieu et le format de l’intervention.</w:t>
      </w:r>
    </w:p>
    <w:p>
      <w:r>
        <w:rPr>
          <w:b/>
          <w:color w:val="121750"/>
          <w:sz w:val="18"/>
        </w:rPr>
        <w:t>MConcept Enterprise — Jérémy Magalhaes</w:t>
      </w:r>
    </w:p>
    <w:p>
      <w:pPr>
        <w:spacing w:after="40"/>
      </w:pPr>
      <w:r>
        <w:rPr>
          <w:sz w:val="17"/>
        </w:rPr>
        <w:t>TFP Moniteur Professionnel Karaté, Wushu et Disciplines Associées – FFKDA</w:t>
      </w:r>
    </w:p>
    <w:p>
      <w:pPr>
        <w:spacing w:after="40"/>
      </w:pPr>
      <w:r>
        <w:rPr>
          <w:sz w:val="17"/>
        </w:rPr>
        <w:t>Éducateur sportif indépendant — Corrèze • Dordogne • Brive • Terrasson</w:t>
      </w:r>
    </w:p>
    <w:p>
      <w:pPr>
        <w:spacing w:after="40"/>
      </w:pPr>
      <w:r>
        <w:rPr>
          <w:sz w:val="17"/>
        </w:rPr>
        <w:t>Téléphone : ____________________    E-mail : ____________________</w:t>
      </w:r>
    </w:p>
    <w:p>
      <w:pPr>
        <w:spacing w:after="40"/>
      </w:pPr>
      <w:r>
        <w:rPr>
          <w:sz w:val="17"/>
        </w:rPr>
        <w:t>SIRET : _________________________</w:t>
      </w:r>
    </w:p>
    <w:p>
      <w:r>
        <w:rPr>
          <w:sz w:val="15"/>
        </w:rPr>
        <w:t>☐ J’accepte que les informations transmises soient utilisées uniquement afin de traiter ma demande d’intervention et de reprendre contact avec moi concernant celle-ci.</w:t>
      </w:r>
    </w:p>
    <w:sectPr w:rsidR="00FC693F" w:rsidRPr="0006063C" w:rsidSect="00034616">
      <w:headerReference w:type="default" r:id="rId9"/>
      <w:footerReference w:type="default" r:id="rId10"/>
      <w:pgSz w:w="12240" w:h="15840"/>
      <w:pgMar w:top="680"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4"/>
      </w:rPr>
      <w:t>MConcept Enterprise • Préparation physique &amp; arts martiaux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512000" cy="1512000"/>
          <wp:docPr id="1" name="Picture 1"/>
          <wp:cNvGraphicFramePr>
            <a:graphicFrameLocks noChangeAspect="1"/>
          </wp:cNvGraphicFramePr>
          <a:graphic>
            <a:graphicData uri="http://schemas.openxmlformats.org/drawingml/2006/picture">
              <pic:pic>
                <pic:nvPicPr>
                  <pic:cNvPr id="0" name="colored-logo.png"/>
                  <pic:cNvPicPr/>
                </pic:nvPicPr>
                <pic:blipFill>
                  <a:blip r:embed="rId1"/>
                  <a:stretch>
                    <a:fillRect/>
                  </a:stretch>
                </pic:blipFill>
                <pic:spPr>
                  <a:xfrm>
                    <a:off x="0" y="0"/>
                    <a:ext cx="1512000" cy="151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