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21750"/>
          <w:sz w:val="34"/>
        </w:rPr>
        <w:t>RÉSERVATION D’UNE SÉANCE</w:t>
      </w:r>
    </w:p>
    <w:p>
      <w:pPr>
        <w:jc w:val="center"/>
      </w:pPr>
      <w:r>
        <w:rPr>
          <w:i/>
          <w:color w:val="1F6FB2"/>
          <w:sz w:val="20"/>
        </w:rPr>
        <w:t>Arts martiaux • Préparation physique • Self-défense sportive</w:t>
      </w:r>
    </w:p>
    <w:p>
      <w:pPr>
        <w:jc w:val="center"/>
      </w:pPr>
      <w:r>
        <w:rPr>
          <w:b/>
          <w:color w:val="121750"/>
          <w:sz w:val="18"/>
        </w:rPr>
        <w:t>PARTICULIERS</w:t>
      </w:r>
    </w:p>
    <w:p>
      <w:pPr>
        <w:spacing w:after="140"/>
      </w:pPr>
      <w:r>
        <w:rPr>
          <w:sz w:val="17"/>
        </w:rPr>
        <w:t>Vous souhaitez réserver une séance avec MConcept Enterprise ? Remplissez ce formulaire afin de préciser vos attentes et de permettre une séance adaptée à votre niveau et à vos objectifs.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1. VOS INFORMATIONS</w:t>
            </w:r>
          </w:p>
        </w:tc>
      </w:tr>
    </w:tbl>
    <w:p>
      <w:pPr>
        <w:spacing w:after="60"/>
        <w:ind w:left="113"/>
      </w:pPr>
      <w:r>
        <w:rPr>
          <w:sz w:val="18"/>
        </w:rPr>
        <w:t>Nom : 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Prénom : 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Date de naissance : 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Téléphone : 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E-mail : ________________________________________________________________________________</w:t>
      </w:r>
    </w:p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2. TYPE DE SÉANCE SOUHAITÉE</w:t>
            </w:r>
          </w:p>
        </w:tc>
      </w:tr>
    </w:tbl>
    <w:p>
      <w:pPr>
        <w:spacing w:after="60"/>
        <w:ind w:left="113"/>
      </w:pPr>
      <w:r>
        <w:rPr>
          <w:sz w:val="18"/>
        </w:rPr>
        <w:t>Pratique : ☐ Kung Fu / Wushu   ☐ Préparation physique</w:t>
      </w:r>
    </w:p>
    <w:p>
      <w:pPr>
        <w:spacing w:after="60"/>
        <w:ind w:left="113"/>
      </w:pPr>
      <w:r>
        <w:rPr>
          <w:sz w:val="18"/>
        </w:rPr>
        <w:t xml:space="preserve">           ☐ Self-défense sportive   ☐ Condition physique   ☐ Remise en forme   ☐ Autre : ______________</w:t>
      </w:r>
    </w:p>
    <w:p>
      <w:pPr>
        <w:spacing w:after="60"/>
        <w:ind w:left="113"/>
      </w:pPr>
      <w:r>
        <w:rPr>
          <w:sz w:val="18"/>
        </w:rPr>
        <w:t>Type de séance : ☐ Individuelle   ☐ Petit groupe   ☐ Découverte   ☐ Régulière   ☐ Stage   ☐ Programme personnalisé</w:t>
      </w:r>
    </w:p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3. VOS OBJECTIFS</w:t>
            </w:r>
          </w:p>
        </w:tc>
      </w:tr>
    </w:tbl>
    <w:p>
      <w:pPr>
        <w:spacing w:after="60"/>
        <w:ind w:left="113"/>
      </w:pPr>
      <w:r>
        <w:rPr>
          <w:sz w:val="18"/>
        </w:rPr>
        <w:t>☐ Condition physique   ☐ Renforcement musculaire   ☐ Endurance   ☐ Mobilité / souplesse</w:t>
      </w:r>
    </w:p>
    <w:p>
      <w:pPr>
        <w:spacing w:after="60"/>
        <w:ind w:left="113"/>
      </w:pPr>
      <w:r>
        <w:rPr>
          <w:sz w:val="18"/>
        </w:rPr>
        <w:t>☐ Coordination   ☐ Réactivité   ☐ Technique martiale   ☐ Confiance en soi</w:t>
      </w:r>
    </w:p>
    <w:p>
      <w:pPr>
        <w:spacing w:after="60"/>
        <w:ind w:left="113"/>
      </w:pPr>
      <w:r>
        <w:rPr>
          <w:sz w:val="18"/>
        </w:rPr>
        <w:t>☐ Découverte des arts martiaux   ☐ Préparation physique spécifique   ☐ Autre : __________________</w:t>
      </w:r>
    </w:p>
    <w:p>
      <w:pPr>
        <w:spacing w:after="60"/>
        <w:ind w:left="113"/>
      </w:pPr>
      <w:r>
        <w:rPr>
          <w:sz w:val="18"/>
        </w:rPr>
        <w:t>Décrivez brièvement votre objectif :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4. VOTRE EXPÉRIENCE</w:t>
            </w:r>
          </w:p>
        </w:tc>
      </w:tr>
    </w:tbl>
    <w:p>
      <w:pPr>
        <w:spacing w:after="60"/>
        <w:ind w:left="113"/>
      </w:pPr>
      <w:r>
        <w:rPr>
          <w:sz w:val="18"/>
        </w:rPr>
        <w:t>Avez-vous déjà pratiqué un sport ou un art martial ?   ☐ Non   ☐ Oui</w:t>
      </w:r>
    </w:p>
    <w:p>
      <w:pPr>
        <w:spacing w:after="60"/>
        <w:ind w:left="113"/>
      </w:pPr>
      <w:r>
        <w:rPr>
          <w:sz w:val="18"/>
        </w:rPr>
        <w:t>Si oui, lequel / lesquels ? 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Depuis combien de temps ? 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Niveau : ☐ Débutant   ☐ Intermédiaire   ☐ Confirmé   ☐ Reprise après une interruption</w:t>
      </w:r>
    </w:p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5. ORGANISATION DE LA SÉANCE</w:t>
            </w:r>
          </w:p>
        </w:tc>
      </w:tr>
    </w:tbl>
    <w:p>
      <w:pPr>
        <w:spacing w:after="60"/>
        <w:ind w:left="113"/>
      </w:pPr>
      <w:r>
        <w:rPr>
          <w:sz w:val="18"/>
        </w:rPr>
        <w:t>Durée souhaitée : ☐ 1 heure   ☐ 2 heures   ☐ 3 heures   ☐ 4 heures</w:t>
      </w:r>
    </w:p>
    <w:p>
      <w:pPr>
        <w:spacing w:after="60"/>
        <w:ind w:left="113"/>
      </w:pPr>
      <w:r>
        <w:rPr>
          <w:sz w:val="18"/>
        </w:rPr>
        <w:t>Date souhaitée : 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Jour souhaité : ☐ Lundi   ☐ Mardi   ☐ Mercredi   ☐ Jeudi   ☐ Vendredi</w:t>
      </w:r>
    </w:p>
    <w:p>
      <w:pPr>
        <w:spacing w:after="60"/>
        <w:ind w:left="113"/>
      </w:pPr>
      <w:r>
        <w:rPr>
          <w:sz w:val="18"/>
        </w:rPr>
        <w:t>Créneaux disponibles : du lundi au vendredi, de 8 h à 12 h et de 13 h à 17 h.</w:t>
      </w:r>
    </w:p>
    <w:p>
      <w:pPr>
        <w:spacing w:after="60"/>
        <w:ind w:left="113"/>
      </w:pPr>
      <w:r>
        <w:rPr>
          <w:sz w:val="18"/>
        </w:rPr>
        <w:t>Heure de début souhaitée : ______________________</w:t>
      </w:r>
    </w:p>
    <w:p>
      <w:pPr>
        <w:spacing w:after="60"/>
      </w:pPr>
      <w:r>
        <w:t>Lieu de la séance : ☐ À domicile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6. INFORMATIONS UTILES</w:t>
            </w:r>
          </w:p>
        </w:tc>
      </w:tr>
    </w:tbl>
    <w:p>
      <w:pPr>
        <w:spacing w:after="60"/>
      </w:pPr>
      <w:r>
        <w:t>Adresse d’intervention : 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Y a-t-il des éléments particuliers que vous souhaitez porter à ma connaissance avant la séance ?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Ces informations permettent d’adapter la séance et ne remplacent pas un avis médical lorsque celui-ci est nécessaire.</w:t>
      </w:r>
    </w:p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7. VOTRE DEMANDE</w:t>
            </w:r>
          </w:p>
        </w:tc>
      </w:tr>
    </w:tbl>
    <w:p>
      <w:pPr>
        <w:spacing w:after="60"/>
        <w:ind w:left="113"/>
      </w:pPr>
      <w:r>
        <w:rPr>
          <w:sz w:val="18"/>
        </w:rPr>
        <w:t>Message ou demande particulière :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60"/>
        <w:ind w:left="113"/>
      </w:pPr>
      <w:r>
        <w:rPr>
          <w:sz w:val="18"/>
        </w:rPr>
        <w:t>__________________________________________________________________________________________</w:t>
      </w:r>
    </w:p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APRÈS VOTRE DEMANDE</w:t>
            </w:r>
          </w:p>
        </w:tc>
      </w:tr>
    </w:tbl>
    <w:p>
      <w:pPr>
        <w:spacing w:after="60"/>
        <w:ind w:left="113"/>
      </w:pPr>
      <w:r>
        <w:rPr>
          <w:sz w:val="18"/>
        </w:rPr>
        <w:t>Après réception du formulaire, MConcept Enterprise vous recontactera afin de confirmer la date, l’horaire, le lieu, le contenu de la séance, la durée, le tarif et les modalités pratiques.</w:t>
      </w:r>
    </w:p>
    <w:p>
      <w:pPr>
        <w:spacing w:after="60"/>
        <w:ind w:left="113"/>
      </w:pPr>
      <w:r>
        <w:rPr>
          <w:sz w:val="18"/>
        </w:rPr>
        <w:t>La réservation est considérée comme confirmée uniquement après validation avec MConcept Enterprise.</w:t>
      </w:r>
    </w:p>
    <w:p>
      <w:r>
        <w:rPr>
          <w:b/>
          <w:color w:val="121750"/>
          <w:sz w:val="22"/>
        </w:rPr>
        <w:t>MCONCEPT ENTERPRISE</w:t>
      </w:r>
    </w:p>
    <w:p>
      <w:pPr>
        <w:spacing w:after="40"/>
      </w:pPr>
      <w:r>
        <w:rPr>
          <w:sz w:val="17"/>
        </w:rPr>
        <w:t>Jérémy Magalhaes</w:t>
      </w:r>
    </w:p>
    <w:p>
      <w:pPr>
        <w:spacing w:after="40"/>
      </w:pPr>
      <w:r>
        <w:rPr>
          <w:sz w:val="17"/>
        </w:rPr>
        <w:t>TFP Moniteur Professionnel Karaté, Wushu et Disciplines Associées – FFKDA</w:t>
      </w:r>
    </w:p>
    <w:p>
      <w:pPr>
        <w:spacing w:after="40"/>
      </w:pPr>
      <w:r>
        <w:rPr>
          <w:sz w:val="17"/>
        </w:rPr>
        <w:t>Éducateur sportif indépendant</w:t>
      </w:r>
    </w:p>
    <w:p>
      <w:pPr>
        <w:spacing w:after="40"/>
      </w:pPr>
      <w:r>
        <w:rPr>
          <w:sz w:val="17"/>
        </w:rPr>
        <w:t>Arts martiaux • Préparation physique • Condition physique</w:t>
      </w:r>
    </w:p>
    <w:p>
      <w:pPr>
        <w:spacing w:after="40"/>
      </w:pPr>
      <w:r/>
    </w:p>
    <w:p>
      <w:pPr>
        <w:spacing w:after="40"/>
      </w:pPr>
      <w:r>
        <w:rPr>
          <w:sz w:val="17"/>
        </w:rPr>
        <w:t>Téléphone : ______________________________</w:t>
      </w:r>
    </w:p>
    <w:p>
      <w:pPr>
        <w:spacing w:after="40"/>
      </w:pPr>
      <w:r>
        <w:rPr>
          <w:sz w:val="17"/>
        </w:rPr>
        <w:t>E-mail : __________________________________</w:t>
      </w:r>
    </w:p>
    <w:p>
      <w:pPr>
        <w:spacing w:after="40"/>
      </w:pPr>
      <w:r>
        <w:rPr>
          <w:sz w:val="17"/>
        </w:rPr>
        <w:t>www.mconcept.online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2175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CONSENTEMENT</w:t>
            </w:r>
          </w:p>
        </w:tc>
      </w:tr>
    </w:tbl>
    <w:p>
      <w:pPr>
        <w:spacing w:after="60"/>
        <w:ind w:left="113"/>
      </w:pPr>
      <w:r>
        <w:rPr>
          <w:sz w:val="18"/>
        </w:rPr>
        <w:t>☐ J’accepte que les informations transmises soient utilisées uniquement afin de traiter ma demande de réservation et de reprendre contact avec moi concernant celle-ci.</w:t>
      </w:r>
    </w:p>
    <w:p>
      <w:pPr>
        <w:spacing w:after="60"/>
        <w:ind w:left="113"/>
      </w:pPr>
      <w:r>
        <w:rPr>
          <w:sz w:val="18"/>
        </w:rPr>
        <w:t>Date : ______________________     Signature : 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8C8C"/>
        <w:sz w:val="14"/>
      </w:rPr>
      <w:t>MConcept Enterprise • Préparation physique &amp; arts martiaux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475999" cy="1475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lore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5999" cy="147599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